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05632E" w14:paraId="104A6EC2" w14:textId="77777777">
        <w:tc>
          <w:tcPr>
            <w:tcW w:w="4680" w:type="dxa"/>
          </w:tcPr>
          <w:p w14:paraId="59135AC1" w14:textId="7836EDA7" w:rsidR="0005632E" w:rsidRDefault="00301A38">
            <w:r>
              <w:rPr>
                <w:b/>
                <w:sz w:val="40"/>
              </w:rPr>
              <w:t>TAREN BROWN</w:t>
            </w:r>
            <w:r>
              <w:rPr>
                <w:b/>
                <w:sz w:val="40"/>
              </w:rPr>
              <w:br/>
            </w:r>
            <w:r>
              <w:t>High School History Educator</w:t>
            </w:r>
            <w:r>
              <w:br/>
              <w:t xml:space="preserve">Newnan, GA | </w:t>
            </w:r>
            <w:r w:rsidR="00237924">
              <w:t>404-860-8841</w:t>
            </w:r>
            <w:r>
              <w:t xml:space="preserve"> | </w:t>
            </w:r>
            <w:r w:rsidR="00237924">
              <w:t>taren2001@att.net</w:t>
            </w:r>
          </w:p>
        </w:tc>
        <w:tc>
          <w:tcPr>
            <w:tcW w:w="4680" w:type="dxa"/>
          </w:tcPr>
          <w:p w14:paraId="568D92ED" w14:textId="598BA470" w:rsidR="0005632E" w:rsidRDefault="00340F86">
            <w:pPr>
              <w:jc w:val="right"/>
            </w:pPr>
            <w:r>
              <w:rPr>
                <w:b/>
                <w:noProof/>
                <w:sz w:val="40"/>
              </w:rPr>
              <w:drawing>
                <wp:anchor distT="0" distB="0" distL="114300" distR="114300" simplePos="0" relativeHeight="251658240" behindDoc="0" locked="0" layoutInCell="1" allowOverlap="1" wp14:anchorId="337814DD" wp14:editId="1DD81190">
                  <wp:simplePos x="0" y="0"/>
                  <wp:positionH relativeFrom="column">
                    <wp:posOffset>1314926</wp:posOffset>
                  </wp:positionH>
                  <wp:positionV relativeFrom="paragraph">
                    <wp:posOffset>-781050</wp:posOffset>
                  </wp:positionV>
                  <wp:extent cx="1578769" cy="1981200"/>
                  <wp:effectExtent l="0" t="0" r="2540" b="0"/>
                  <wp:wrapNone/>
                  <wp:docPr id="332231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231140" name="Picture 3322311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626" cy="198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1A38">
              <w:rPr>
                <w:i/>
              </w:rPr>
              <w:br/>
            </w:r>
          </w:p>
        </w:tc>
      </w:tr>
    </w:tbl>
    <w:p w14:paraId="7E13FC5C" w14:textId="56C4F0E9" w:rsidR="0005632E" w:rsidRDefault="0005632E" w:rsidP="008A4C37">
      <w:pPr>
        <w:pBdr>
          <w:bottom w:val="single" w:sz="6" w:space="1" w:color="808080"/>
        </w:pBdr>
      </w:pPr>
    </w:p>
    <w:p w14:paraId="5FC545BD" w14:textId="4E9E8AFC" w:rsidR="0005632E" w:rsidRDefault="00301A38">
      <w:r>
        <w:rPr>
          <w:b/>
          <w:sz w:val="26"/>
        </w:rPr>
        <w:t>PROFESSIONAL SUMMARY</w:t>
      </w:r>
    </w:p>
    <w:p w14:paraId="2E11484A" w14:textId="27C206CD" w:rsidR="0005632E" w:rsidRDefault="00301A38">
      <w:r>
        <w:t>Dedicated and student-centered high school history educator with strong expertise in African American Studies, U.S. History, World History, and Honors-level coursework. Proven instructional leader serving as World History Content Lead with a record of exceptional Georgia Milestones performance. Skilled in culturally responsive teaching, curriculum design, student engagement, and data-driven instruction. Passionate about helping students develop historical thinking skills, civic awareness, and academic confi</w:t>
      </w:r>
      <w:r>
        <w:t>dence. Currently pursuing a Master of Arts in Teaching in History.</w:t>
      </w:r>
    </w:p>
    <w:p w14:paraId="680F168C" w14:textId="77777777" w:rsidR="0005632E" w:rsidRDefault="0005632E">
      <w:pPr>
        <w:pBdr>
          <w:bottom w:val="single" w:sz="6" w:space="1" w:color="808080"/>
        </w:pBdr>
        <w:jc w:val="center"/>
      </w:pPr>
    </w:p>
    <w:p w14:paraId="25E0E6A2" w14:textId="77777777" w:rsidR="0005632E" w:rsidRDefault="00301A38">
      <w:r>
        <w:rPr>
          <w:b/>
          <w:sz w:val="26"/>
        </w:rPr>
        <w:t>CORE COMPETENCIES</w:t>
      </w:r>
    </w:p>
    <w:p w14:paraId="3FFC8C4D" w14:textId="77777777" w:rsidR="0005632E" w:rsidRDefault="00301A38">
      <w:pPr>
        <w:pStyle w:val="ListBullet"/>
      </w:pPr>
      <w:r>
        <w:t>Curriculum &amp; Instructional Design</w:t>
      </w:r>
    </w:p>
    <w:p w14:paraId="569F2955" w14:textId="77777777" w:rsidR="0005632E" w:rsidRDefault="00301A38">
      <w:pPr>
        <w:pStyle w:val="ListBullet"/>
      </w:pPr>
      <w:r>
        <w:t>Classroom Management &amp; Student Engagement</w:t>
      </w:r>
    </w:p>
    <w:p w14:paraId="33018709" w14:textId="77777777" w:rsidR="0005632E" w:rsidRDefault="00301A38">
      <w:pPr>
        <w:pStyle w:val="ListBullet"/>
      </w:pPr>
      <w:r>
        <w:t>Georgia Milestones &amp; Standards-Based Instruction</w:t>
      </w:r>
    </w:p>
    <w:p w14:paraId="5CA61FFC" w14:textId="77777777" w:rsidR="0005632E" w:rsidRDefault="00301A38">
      <w:pPr>
        <w:pStyle w:val="ListBullet"/>
      </w:pPr>
      <w:r>
        <w:t>Culturally Responsive Teaching Practices</w:t>
      </w:r>
    </w:p>
    <w:p w14:paraId="6C25FDD5" w14:textId="77777777" w:rsidR="0005632E" w:rsidRDefault="00301A38">
      <w:pPr>
        <w:pStyle w:val="ListBullet"/>
      </w:pPr>
      <w:r>
        <w:t>Differentiated Instruction</w:t>
      </w:r>
    </w:p>
    <w:p w14:paraId="0887B4D1" w14:textId="77777777" w:rsidR="0005632E" w:rsidRDefault="00301A38">
      <w:pPr>
        <w:pStyle w:val="ListBullet"/>
      </w:pPr>
      <w:r>
        <w:t>Educational Technology Integration</w:t>
      </w:r>
    </w:p>
    <w:p w14:paraId="593060B5" w14:textId="77777777" w:rsidR="0005632E" w:rsidRDefault="00301A38">
      <w:pPr>
        <w:pStyle w:val="ListBullet"/>
      </w:pPr>
      <w:r>
        <w:t>Assessment &amp; Data-Driven Planning</w:t>
      </w:r>
    </w:p>
    <w:p w14:paraId="2FFAF518" w14:textId="77777777" w:rsidR="0005632E" w:rsidRDefault="00301A38">
      <w:pPr>
        <w:pStyle w:val="ListBullet"/>
      </w:pPr>
      <w:r>
        <w:t>Collaborative Team Leadership</w:t>
      </w:r>
    </w:p>
    <w:p w14:paraId="49995E6E" w14:textId="77777777" w:rsidR="0005632E" w:rsidRDefault="00301A38">
      <w:pPr>
        <w:pStyle w:val="ListBullet"/>
      </w:pPr>
      <w:r>
        <w:t>Public Speaking &amp; Presentation</w:t>
      </w:r>
    </w:p>
    <w:p w14:paraId="1BC86B18" w14:textId="77777777" w:rsidR="0005632E" w:rsidRDefault="0005632E">
      <w:pPr>
        <w:pBdr>
          <w:bottom w:val="single" w:sz="6" w:space="1" w:color="808080"/>
        </w:pBdr>
        <w:jc w:val="center"/>
      </w:pPr>
    </w:p>
    <w:p w14:paraId="72C135FB" w14:textId="77777777" w:rsidR="0005632E" w:rsidRDefault="00301A38">
      <w:r>
        <w:rPr>
          <w:b/>
          <w:sz w:val="26"/>
        </w:rPr>
        <w:t>PROFESSIONAL EXPERIENCE</w:t>
      </w:r>
    </w:p>
    <w:p w14:paraId="7940DC36" w14:textId="77777777" w:rsidR="0005632E" w:rsidRDefault="00301A38">
      <w:r>
        <w:rPr>
          <w:b/>
        </w:rPr>
        <w:t>Henry County School System – Luella High School</w:t>
      </w:r>
    </w:p>
    <w:p w14:paraId="484CF189" w14:textId="77777777" w:rsidR="0005632E" w:rsidRDefault="00301A38">
      <w:r>
        <w:t>History Teacher | August 2024 – Present | Locust Grove, GA</w:t>
      </w:r>
    </w:p>
    <w:p w14:paraId="4ADB0097" w14:textId="77777777" w:rsidR="0005632E" w:rsidRDefault="00301A38">
      <w:pPr>
        <w:pStyle w:val="ListBullet"/>
      </w:pPr>
      <w:r>
        <w:t>Teach African American Studies, U.S. History, World History, and Honors World History courses</w:t>
      </w:r>
    </w:p>
    <w:p w14:paraId="4EB2894E" w14:textId="77777777" w:rsidR="0005632E" w:rsidRDefault="00301A38">
      <w:pPr>
        <w:pStyle w:val="ListBullet"/>
      </w:pPr>
      <w:r>
        <w:t>Serve as World History Content Lead, supporting curriculum alignment and instructional planning</w:t>
      </w:r>
    </w:p>
    <w:p w14:paraId="324A571E" w14:textId="77777777" w:rsidR="0005632E" w:rsidRDefault="00301A38">
      <w:pPr>
        <w:pStyle w:val="ListBullet"/>
      </w:pPr>
      <w:r>
        <w:t>Collaborated with grade-level team to earn the highest Georgia Milestones History scores in the school</w:t>
      </w:r>
    </w:p>
    <w:p w14:paraId="68FCF54F" w14:textId="77777777" w:rsidR="0005632E" w:rsidRDefault="00301A38">
      <w:pPr>
        <w:pStyle w:val="ListBullet"/>
      </w:pPr>
      <w:r>
        <w:t>Design rigorous, standards-based lessons that promote critical thinking and historical literacy</w:t>
      </w:r>
    </w:p>
    <w:p w14:paraId="4B5BC89E" w14:textId="77777777" w:rsidR="0005632E" w:rsidRDefault="00301A38">
      <w:pPr>
        <w:pStyle w:val="ListBullet"/>
      </w:pPr>
      <w:r>
        <w:t>Use assessment data to guide instruction and improve student achievement</w:t>
      </w:r>
    </w:p>
    <w:p w14:paraId="1B2C24FA" w14:textId="77777777" w:rsidR="0005632E" w:rsidRDefault="00301A38">
      <w:r>
        <w:rPr>
          <w:b/>
        </w:rPr>
        <w:lastRenderedPageBreak/>
        <w:t>Coweta County School System</w:t>
      </w:r>
    </w:p>
    <w:p w14:paraId="07933A8E" w14:textId="77777777" w:rsidR="0005632E" w:rsidRDefault="00301A38">
      <w:r>
        <w:t>Substitute Teacher | December 2023 – May 2024 | Newnan, GA</w:t>
      </w:r>
    </w:p>
    <w:p w14:paraId="363A01C0" w14:textId="77777777" w:rsidR="0005632E" w:rsidRDefault="00301A38">
      <w:pPr>
        <w:pStyle w:val="ListBullet"/>
      </w:pPr>
      <w:r>
        <w:t>Provided instructional continuity for K–12 classrooms across multiple subject areas</w:t>
      </w:r>
    </w:p>
    <w:p w14:paraId="6A61E403" w14:textId="77777777" w:rsidR="0005632E" w:rsidRDefault="00301A38">
      <w:pPr>
        <w:pStyle w:val="ListBullet"/>
      </w:pPr>
      <w:r>
        <w:t>Maintained structured and engaging learning environments</w:t>
      </w:r>
    </w:p>
    <w:p w14:paraId="487528F2" w14:textId="77777777" w:rsidR="0005632E" w:rsidRDefault="00301A38">
      <w:pPr>
        <w:pStyle w:val="ListBullet"/>
      </w:pPr>
      <w:r>
        <w:t>Adapted quickly to diverse school settings and student needs</w:t>
      </w:r>
    </w:p>
    <w:p w14:paraId="51B0AE4B" w14:textId="77777777" w:rsidR="0005632E" w:rsidRDefault="00301A38">
      <w:r>
        <w:rPr>
          <w:b/>
        </w:rPr>
        <w:t>DeKalb County Recreation Department</w:t>
      </w:r>
    </w:p>
    <w:p w14:paraId="021B600C" w14:textId="77777777" w:rsidR="0005632E" w:rsidRDefault="00301A38">
      <w:r>
        <w:t>Summer Camp Counselor | May 2024 – August 2024 | Decatur, GA</w:t>
      </w:r>
    </w:p>
    <w:p w14:paraId="6F4055F1" w14:textId="77777777" w:rsidR="0005632E" w:rsidRDefault="00301A38">
      <w:pPr>
        <w:pStyle w:val="ListBullet"/>
      </w:pPr>
      <w:r>
        <w:t>Supervised and mentored youth in structured educational and recreational programs</w:t>
      </w:r>
    </w:p>
    <w:p w14:paraId="122DF77E" w14:textId="77777777" w:rsidR="0005632E" w:rsidRDefault="00301A38">
      <w:pPr>
        <w:pStyle w:val="ListBullet"/>
      </w:pPr>
      <w:r>
        <w:t>Led team-building activities that promoted leadership, cooperation, and personal growth</w:t>
      </w:r>
    </w:p>
    <w:p w14:paraId="087C4769" w14:textId="77777777" w:rsidR="0005632E" w:rsidRDefault="00301A38">
      <w:pPr>
        <w:pStyle w:val="ListBullet"/>
      </w:pPr>
      <w:r>
        <w:t>Ensured a safe, inclusive, and supportive environment for all participants</w:t>
      </w:r>
    </w:p>
    <w:p w14:paraId="22CC482F" w14:textId="77777777" w:rsidR="0005632E" w:rsidRDefault="00301A38">
      <w:r>
        <w:rPr>
          <w:b/>
        </w:rPr>
        <w:t>Coweta County Government</w:t>
      </w:r>
    </w:p>
    <w:p w14:paraId="11FA0007" w14:textId="77777777" w:rsidR="0005632E" w:rsidRDefault="00301A38">
      <w:r>
        <w:t>Paid Intern | May 2021 – August 2021 | Newnan, GA</w:t>
      </w:r>
    </w:p>
    <w:p w14:paraId="3EDFD4ED" w14:textId="77777777" w:rsidR="0005632E" w:rsidRDefault="00301A38">
      <w:pPr>
        <w:pStyle w:val="ListBullet"/>
      </w:pPr>
      <w:r>
        <w:t>Reviewed city legal agreements and supported municipal administrative operations</w:t>
      </w:r>
    </w:p>
    <w:p w14:paraId="2BF84D68" w14:textId="77777777" w:rsidR="0005632E" w:rsidRDefault="00301A38">
      <w:pPr>
        <w:pStyle w:val="ListBullet"/>
      </w:pPr>
      <w:r>
        <w:t>Assisted staff with documentation, organization, and public service processes</w:t>
      </w:r>
    </w:p>
    <w:p w14:paraId="6FBE694B" w14:textId="77777777" w:rsidR="0005632E" w:rsidRDefault="00301A38">
      <w:r>
        <w:rPr>
          <w:b/>
        </w:rPr>
        <w:t>Coweta County Government</w:t>
      </w:r>
    </w:p>
    <w:p w14:paraId="76DA4C44" w14:textId="77777777" w:rsidR="0005632E" w:rsidRDefault="00301A38">
      <w:r>
        <w:t>Customer Service Agent | June 2020 – August 2020 | Newnan, GA</w:t>
      </w:r>
    </w:p>
    <w:p w14:paraId="2FACCDCE" w14:textId="77777777" w:rsidR="0005632E" w:rsidRDefault="00301A38">
      <w:pPr>
        <w:pStyle w:val="ListBullet"/>
      </w:pPr>
      <w:r>
        <w:t>Provided frontline customer service and administrative support</w:t>
      </w:r>
    </w:p>
    <w:p w14:paraId="1360307B" w14:textId="77777777" w:rsidR="0005632E" w:rsidRDefault="00301A38">
      <w:pPr>
        <w:pStyle w:val="ListBullet"/>
      </w:pPr>
      <w:r>
        <w:t>Assisted with public intake, documentation, and office operations during high-demand periods</w:t>
      </w:r>
    </w:p>
    <w:p w14:paraId="6C308D96" w14:textId="77777777" w:rsidR="0005632E" w:rsidRDefault="0005632E">
      <w:pPr>
        <w:pBdr>
          <w:bottom w:val="single" w:sz="6" w:space="1" w:color="808080"/>
        </w:pBdr>
        <w:jc w:val="center"/>
      </w:pPr>
    </w:p>
    <w:p w14:paraId="1DB4A875" w14:textId="77777777" w:rsidR="0005632E" w:rsidRDefault="00301A38">
      <w:r>
        <w:rPr>
          <w:b/>
          <w:sz w:val="26"/>
        </w:rPr>
        <w:t>EDUCATION</w:t>
      </w:r>
    </w:p>
    <w:p w14:paraId="36AF58D0" w14:textId="77777777" w:rsidR="0005632E" w:rsidRDefault="00301A38" w:rsidP="008A4C37">
      <w:pPr>
        <w:spacing w:after="0" w:line="240" w:lineRule="auto"/>
      </w:pPr>
      <w:r>
        <w:rPr>
          <w:b/>
        </w:rPr>
        <w:t>Georgia State University – Atlanta, GA</w:t>
      </w:r>
    </w:p>
    <w:p w14:paraId="7FEEE1E6" w14:textId="77777777" w:rsidR="0005632E" w:rsidRDefault="00301A38" w:rsidP="008A4C37">
      <w:pPr>
        <w:spacing w:after="0" w:line="240" w:lineRule="auto"/>
      </w:pPr>
      <w:r>
        <w:t>Master of Arts in Teaching (History) | January 2024 – August 2026 (Expected)</w:t>
      </w:r>
    </w:p>
    <w:p w14:paraId="0A5D398E" w14:textId="77777777" w:rsidR="0005632E" w:rsidRDefault="00301A38" w:rsidP="008A4C37">
      <w:pPr>
        <w:spacing w:after="0" w:line="240" w:lineRule="auto"/>
      </w:pPr>
      <w:r>
        <w:rPr>
          <w:b/>
        </w:rPr>
        <w:t>Louisiana State University – Baton Rouge, LA</w:t>
      </w:r>
    </w:p>
    <w:p w14:paraId="3575BFF3" w14:textId="77777777" w:rsidR="0005632E" w:rsidRDefault="00301A38" w:rsidP="008A4C37">
      <w:pPr>
        <w:spacing w:after="0" w:line="240" w:lineRule="auto"/>
      </w:pPr>
      <w:r>
        <w:t>Bachelor of Arts in Political Science</w:t>
      </w:r>
    </w:p>
    <w:p w14:paraId="01518C12" w14:textId="77777777" w:rsidR="0005632E" w:rsidRDefault="00301A38" w:rsidP="008A4C37">
      <w:pPr>
        <w:spacing w:after="0" w:line="240" w:lineRule="auto"/>
      </w:pPr>
      <w:r>
        <w:t>Bachelor of Arts in African &amp; African American Studies</w:t>
      </w:r>
    </w:p>
    <w:p w14:paraId="30774A42" w14:textId="77777777" w:rsidR="0005632E" w:rsidRDefault="00301A38" w:rsidP="008A4C37">
      <w:pPr>
        <w:spacing w:after="0" w:line="240" w:lineRule="auto"/>
      </w:pPr>
      <w:r>
        <w:t>Minor: History</w:t>
      </w:r>
    </w:p>
    <w:p w14:paraId="6B6896E6" w14:textId="77777777" w:rsidR="0005632E" w:rsidRDefault="0005632E">
      <w:pPr>
        <w:pBdr>
          <w:bottom w:val="single" w:sz="6" w:space="1" w:color="808080"/>
        </w:pBdr>
        <w:jc w:val="center"/>
      </w:pPr>
    </w:p>
    <w:p w14:paraId="2671E17E" w14:textId="77777777" w:rsidR="0005632E" w:rsidRDefault="00301A38">
      <w:r>
        <w:rPr>
          <w:b/>
          <w:sz w:val="26"/>
        </w:rPr>
        <w:t>CERTIFICATION &amp; TESTING</w:t>
      </w:r>
    </w:p>
    <w:p w14:paraId="79E4583D" w14:textId="77777777" w:rsidR="0005632E" w:rsidRDefault="00301A38">
      <w:pPr>
        <w:pStyle w:val="ListBullet"/>
      </w:pPr>
      <w:r>
        <w:t>GACE History I – Professional Level</w:t>
      </w:r>
    </w:p>
    <w:p w14:paraId="481A2893" w14:textId="77777777" w:rsidR="0005632E" w:rsidRDefault="00301A38">
      <w:pPr>
        <w:pStyle w:val="ListBullet"/>
      </w:pPr>
      <w:r>
        <w:t>GACE History II – Professional Level</w:t>
      </w:r>
    </w:p>
    <w:p w14:paraId="2E937887" w14:textId="77777777" w:rsidR="0005632E" w:rsidRDefault="0005632E">
      <w:pPr>
        <w:pBdr>
          <w:bottom w:val="single" w:sz="6" w:space="1" w:color="808080"/>
        </w:pBdr>
        <w:jc w:val="center"/>
      </w:pPr>
    </w:p>
    <w:p w14:paraId="6A83A6CF" w14:textId="77777777" w:rsidR="0005632E" w:rsidRDefault="00301A38">
      <w:r>
        <w:rPr>
          <w:b/>
          <w:sz w:val="26"/>
        </w:rPr>
        <w:lastRenderedPageBreak/>
        <w:t>LEADERSHIP &amp; HONORS</w:t>
      </w:r>
    </w:p>
    <w:p w14:paraId="57A3563F" w14:textId="77777777" w:rsidR="0005632E" w:rsidRDefault="00301A38">
      <w:pPr>
        <w:pStyle w:val="ListBullet"/>
      </w:pPr>
      <w:r>
        <w:t>World History Content Lead – Luella High School</w:t>
      </w:r>
    </w:p>
    <w:p w14:paraId="3030A32D" w14:textId="77777777" w:rsidR="0005632E" w:rsidRDefault="00301A38">
      <w:pPr>
        <w:pStyle w:val="ListBullet"/>
      </w:pPr>
      <w:r>
        <w:t>Highest School Georgia Milestones History Scores – First Year Teaching</w:t>
      </w:r>
    </w:p>
    <w:p w14:paraId="54F0CB97" w14:textId="77777777" w:rsidR="0005632E" w:rsidRDefault="00301A38">
      <w:pPr>
        <w:pStyle w:val="ListBullet"/>
      </w:pPr>
      <w:r>
        <w:t>Member – Newnan Youth Council (High School)</w:t>
      </w:r>
    </w:p>
    <w:p w14:paraId="34BF3C51" w14:textId="77777777" w:rsidR="0005632E" w:rsidRDefault="0005632E">
      <w:pPr>
        <w:pBdr>
          <w:bottom w:val="single" w:sz="6" w:space="1" w:color="808080"/>
        </w:pBdr>
        <w:jc w:val="center"/>
      </w:pPr>
    </w:p>
    <w:p w14:paraId="2779CED0" w14:textId="77777777" w:rsidR="0005632E" w:rsidRDefault="00301A38">
      <w:r>
        <w:rPr>
          <w:b/>
          <w:sz w:val="26"/>
        </w:rPr>
        <w:t>CAREER OBJECTIVE</w:t>
      </w:r>
    </w:p>
    <w:p w14:paraId="06FFBDCF" w14:textId="77777777" w:rsidR="0005632E" w:rsidRDefault="00301A38">
      <w:r>
        <w:t>Seeking a high school history teaching position where I can continue fostering historical literacy, civic awareness, and academic achievement while contributing to a collaborative and student-focused school community.</w:t>
      </w:r>
    </w:p>
    <w:sectPr w:rsidR="0005632E" w:rsidSect="000346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07440537">
    <w:abstractNumId w:val="8"/>
  </w:num>
  <w:num w:numId="2" w16cid:durableId="427627189">
    <w:abstractNumId w:val="6"/>
  </w:num>
  <w:num w:numId="3" w16cid:durableId="790708612">
    <w:abstractNumId w:val="5"/>
  </w:num>
  <w:num w:numId="4" w16cid:durableId="852647430">
    <w:abstractNumId w:val="4"/>
  </w:num>
  <w:num w:numId="5" w16cid:durableId="766342490">
    <w:abstractNumId w:val="7"/>
  </w:num>
  <w:num w:numId="6" w16cid:durableId="243270165">
    <w:abstractNumId w:val="3"/>
  </w:num>
  <w:num w:numId="7" w16cid:durableId="527451850">
    <w:abstractNumId w:val="2"/>
  </w:num>
  <w:num w:numId="8" w16cid:durableId="91514998">
    <w:abstractNumId w:val="1"/>
  </w:num>
  <w:num w:numId="9" w16cid:durableId="926693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363D"/>
    <w:rsid w:val="00034616"/>
    <w:rsid w:val="0005632E"/>
    <w:rsid w:val="0006063C"/>
    <w:rsid w:val="0015074B"/>
    <w:rsid w:val="001C4D30"/>
    <w:rsid w:val="00237924"/>
    <w:rsid w:val="0029639D"/>
    <w:rsid w:val="00301A38"/>
    <w:rsid w:val="00326F90"/>
    <w:rsid w:val="00340F86"/>
    <w:rsid w:val="008A4C37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B09009"/>
  <w14:defaultImageDpi w14:val="300"/>
  <w15:docId w15:val="{3E3E011D-8FD5-42ED-86C8-E12FBA642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Jada Ingram</cp:lastModifiedBy>
  <cp:revision>2</cp:revision>
  <dcterms:created xsi:type="dcterms:W3CDTF">2026-02-06T00:50:00Z</dcterms:created>
  <dcterms:modified xsi:type="dcterms:W3CDTF">2026-02-06T00:50:00Z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d170c55f-dedc-47d5-a2a2-40d2158417f2</vt:lpwstr>
  </property>
</Properties>
</file>